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3845"/>
      </w:tblGrid>
      <w:tr w:rsidR="00A25BE2" w:rsidRPr="00690B45" w14:paraId="17AD9AAA" w14:textId="77777777">
        <w:trPr>
          <w:jc w:val="center"/>
        </w:trPr>
        <w:tc>
          <w:tcPr>
            <w:tcW w:w="6048" w:type="dxa"/>
          </w:tcPr>
          <w:p w14:paraId="0BC3C439" w14:textId="7192375F" w:rsidR="00A25BE2" w:rsidRPr="00690B45" w:rsidRDefault="00000000">
            <w:pPr>
              <w:spacing w:after="0"/>
              <w:rPr>
                <w:lang w:val="cs-CZ"/>
              </w:rPr>
            </w:pPr>
            <w:r w:rsidRPr="00690B45">
              <w:rPr>
                <w:b/>
                <w:sz w:val="22"/>
                <w:lang w:val="cs-CZ"/>
              </w:rPr>
              <w:t>STŘEDNÍ ODBORNÁ ŠKOLA</w:t>
            </w:r>
            <w:r w:rsidRPr="00690B45">
              <w:rPr>
                <w:b/>
                <w:sz w:val="22"/>
                <w:lang w:val="cs-CZ"/>
              </w:rPr>
              <w:br/>
            </w:r>
            <w:r w:rsidRPr="00690B45">
              <w:rPr>
                <w:sz w:val="17"/>
                <w:lang w:val="cs-CZ"/>
              </w:rPr>
              <w:t>pro ochranu a obnovu životního prostředí</w:t>
            </w:r>
            <w:r w:rsidRPr="00690B45">
              <w:rPr>
                <w:sz w:val="17"/>
                <w:lang w:val="cs-CZ"/>
              </w:rPr>
              <w:br/>
            </w:r>
            <w:r w:rsidRPr="00690B45">
              <w:rPr>
                <w:b/>
                <w:sz w:val="21"/>
                <w:lang w:val="cs-CZ"/>
              </w:rPr>
              <w:t>SCHOLA HUMANITAS</w:t>
            </w:r>
            <w:r w:rsidRPr="00690B45">
              <w:rPr>
                <w:b/>
                <w:sz w:val="21"/>
                <w:lang w:val="cs-CZ"/>
              </w:rPr>
              <w:br/>
            </w:r>
            <w:r w:rsidRPr="00690B45">
              <w:rPr>
                <w:color w:val="718096"/>
                <w:sz w:val="16"/>
                <w:lang w:val="cs-CZ"/>
              </w:rPr>
              <w:t>Ukrajinská 379, 436 01 Litvínov</w:t>
            </w:r>
            <w:r w:rsidRPr="00690B45">
              <w:rPr>
                <w:color w:val="718096"/>
                <w:sz w:val="16"/>
                <w:lang w:val="cs-CZ"/>
              </w:rPr>
              <w:br/>
              <w:t xml:space="preserve">Tel.: 476 111 226 | </w:t>
            </w:r>
            <w:r w:rsidR="00FF2816">
              <w:rPr>
                <w:color w:val="718096"/>
                <w:sz w:val="16"/>
                <w:lang w:val="cs-CZ"/>
              </w:rPr>
              <w:t>schola@</w:t>
            </w:r>
            <w:r w:rsidRPr="00690B45">
              <w:rPr>
                <w:color w:val="718096"/>
                <w:sz w:val="16"/>
                <w:lang w:val="cs-CZ"/>
              </w:rPr>
              <w:t>humanitas.cz</w:t>
            </w:r>
          </w:p>
        </w:tc>
        <w:tc>
          <w:tcPr>
            <w:tcW w:w="3845" w:type="dxa"/>
          </w:tcPr>
          <w:p w14:paraId="704B66A4" w14:textId="77777777" w:rsidR="00A25BE2" w:rsidRPr="00690B45" w:rsidRDefault="00000000">
            <w:pPr>
              <w:spacing w:after="0"/>
              <w:jc w:val="right"/>
              <w:rPr>
                <w:lang w:val="cs-CZ"/>
              </w:rPr>
            </w:pPr>
            <w:r w:rsidRPr="00690B45">
              <w:rPr>
                <w:rFonts w:ascii="Arial" w:hAnsi="Arial"/>
                <w:b/>
                <w:sz w:val="18"/>
                <w:lang w:val="cs-CZ"/>
              </w:rPr>
              <w:t>HODNOCENÍ ŽÁKA / ŽÁKYNĚ</w:t>
              <w:br/>
              <w:t>organizací zajišťující odbornou praxi</w:t>
            </w:r>
            <w:r w:rsidRPr="00690B45">
              <w:rPr>
                <w:b/>
                <w:sz w:val="18"/>
                <w:lang w:val="cs-CZ"/>
              </w:rPr>
            </w:r>
            <w:r w:rsidRPr="00967F84">
              <w:rPr>
                <w:bCs/>
                <w:sz w:val="18"/>
                <w:lang w:val="cs-CZ"/>
              </w:rPr>
            </w:r>
          </w:p>
        </w:tc>
      </w:tr>
    </w:tbl>
    <w:p w14:paraId="7A13339C" w14:textId="77777777" w:rsidR="00A25BE2" w:rsidRPr="00690B45" w:rsidRDefault="00A25BE2">
      <w:pPr>
        <w:pBdr>
          <w:bottom w:val="single" w:sz="18" w:space="4" w:color="1B4332"/>
        </w:pBdr>
        <w:spacing w:before="80" w:after="40"/>
        <w:rPr>
          <w:lang w:val="cs-CZ"/>
        </w:rPr>
      </w:pPr>
    </w:p>
    <w:p w14:paraId="4DAFEF4B" w14:textId="77777777" w:rsidR="00A25BE2" w:rsidRPr="00690B45" w:rsidRDefault="00000000">
      <w:pPr>
        <w:spacing w:after="40"/>
        <w:jc w:val="center"/>
        <w:rPr>
          <w:lang w:val="cs-CZ"/>
        </w:rPr>
      </w:pPr>
      <w:r>
        <w:rPr>
          <w:rFonts w:ascii="Arial" w:hAnsi="Arial"/>
          <w:b/>
          <w:sz w:val="28"/>
        </w:rPr>
        <w:t>HODNOCENÍ SOUVISLÉ ODBORNÉ PRAXE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93"/>
      </w:tblGrid>
      <w:tr w:rsidR="00A25BE2" w:rsidRPr="00690B45" w14:paraId="15CC127B" w14:textId="77777777">
        <w:trPr>
          <w:jc w:val="center"/>
        </w:trPr>
        <w:tc>
          <w:tcPr>
            <w:tcW w:w="9893" w:type="dxa"/>
            <w:tcBorders>
              <w:left w:val="single" w:sz="36" w:space="0" w:color="1B4332"/>
            </w:tcBorders>
            <w:shd w:val="clear" w:color="auto" w:fill="F8F9FA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sz w:val="18"/>
              </w:rPr>
              <w:t>Údaje o žákovi/žákyni: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Jméno a příjmení: ...............................................................................................   Třída: 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Datum narození: 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Termín praxe: od ........................................ do 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sz w:val="18"/>
              </w:rPr>
              <w:t>Údaje o pracovišti odborné praxe: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Název organizace / zařízení: 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Adresa pracoviště: 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Jméno pověřené osoby: ......................................................................   Telefon: 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E-mail: ............................................................................................................................................................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sz w:val="18"/>
              </w:rPr>
              <w:t>Docházka během praxe: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Odpracováno: .................... dnů / .................... hodin      Absence: .................... dnů / .................... hodin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6"/>
              </w:rPr>
              <w:t>Poznámka k docházce (je-li potřeba): ......................................................................................................</w:t>
            </w:r>
          </w:p>
        </w:tc>
      </w:tr>
    </w:tbl>
    <w:p w14:paraId="50EDC376" w14:textId="77777777" w:rsidR="00A25BE2" w:rsidRPr="00690B45" w:rsidRDefault="00A25BE2">
      <w:pPr>
        <w:spacing w:after="40"/>
        <w:rPr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39"/>
        <w:gridCol w:w="4954"/>
      </w:tblGrid>
      <w:tr w:rsidR="00A25BE2" w:rsidRPr="00690B45" w14:paraId="51A7FEED" w14:textId="77777777">
        <w:trPr>
          <w:jc w:val="center"/>
        </w:trPr>
        <w:tc>
          <w:tcPr>
            <w:tcW w:w="4939" w:type="dxa"/>
            <w:vAlign w:val="center"/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sz w:val="18"/>
              </w:rPr>
              <w:t>Dílčí hodnocení:</w:t>
            </w:r>
          </w:p>
        </w:tc>
        <w:tc>
          <w:tcPr>
            <w:tcW w:w="4954" w:type="dxa"/>
            <w:vAlign w:val="center"/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6"/>
              </w:rPr>
              <w:t>1 = výborné   2 = velmi dobré   3 = dobré   4 = vyhovující   5 = nevyhovující</w:t>
            </w:r>
          </w:p>
        </w:tc>
      </w:tr>
    </w:tbl>
    <w:p w14:paraId="34EBBB04" w14:textId="77777777" w:rsidR="00A25BE2" w:rsidRPr="00690B45" w:rsidRDefault="00A25BE2">
      <w:pPr>
        <w:spacing w:after="40"/>
        <w:rPr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93"/>
      </w:tblGrid>
      <w:tr w:rsidR="00A25BE2" w:rsidRPr="00690B45" w14:paraId="1EA933F3" w14:textId="77777777">
        <w:trPr>
          <w:jc w:val="center"/>
        </w:trPr>
        <w:tc>
          <w:tcPr>
            <w:tcW w:w="9893" w:type="dxa"/>
            <w:tcBorders>
              <w:top w:val="single" w:sz="12" w:space="0" w:color="1B4332"/>
              <w:left w:val="single" w:sz="12" w:space="0" w:color="1B4332"/>
              <w:bottom w:val="single" w:sz="12" w:space="0" w:color="1B4332"/>
              <w:right w:val="single" w:sz="12" w:space="0" w:color="1B4332"/>
            </w:tcBorders>
            <w:shd w:val="clear" w:color="auto" w:fill="FAFDFB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Odborné znalosti a dovednosti:        ☐ 1   ☐ 2   ☐ 3   ☐ 4   ☐ 5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Samostatnost a iniciativa:                  ☐ 1   ☐ 2   ☐ 3   ☐ 4   ☐ 5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Spolehlivost a odpovědnost:              ☐ 1   ☐ 2   ☐ 3   ☐ 4   ☐ 5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Pracovní kázeň a dodržování pokynů:  ☐ 1   ☐ 2   ☐ 3   ☐ 4   ☐ 5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Komunikace a spolupráce:                   ☐ 1   ☐ 2   ☐ 3   ☐ 4   ☐ 5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Celkový přístup k odborné praxi:        ☐ 1   ☐ 2   ☐ 3   ☐ 4   ☐ 5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sz w:val="18"/>
              </w:rPr>
              <w:t>Stručné slovní hodnocení žáka/žákyně: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sz w:val="18"/>
              </w:rPr>
              <w:t>Doporučení / další poznámky: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V ................................................ dne ................................................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sz w:val="18"/>
              </w:rPr>
              <w:t>Razítko organizace: ................................................      Podpis pověřené osoby: ................................................</w:t>
            </w:r>
          </w:p>
        </w:tc>
      </w:tr>
    </w:tbl>
    <w:p w14:paraId="5C3AC1E6" w14:textId="77777777" w:rsidR="001A3172" w:rsidRPr="00690B45" w:rsidRDefault="001A3172" w:rsidP="00967F84">
      <w:pPr>
        <w:spacing w:after="40"/>
        <w:rPr>
          <w:lang w:val="cs-CZ"/>
        </w:rPr>
      </w:pPr>
    </w:p>
    <w:sectPr w:rsidR="001A3172" w:rsidRPr="00690B45" w:rsidSect="00967F84">
      <w:pgSz w:w="11909" w:h="16834"/>
      <w:pgMar w:top="792" w:right="1008" w:bottom="56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852300">
    <w:abstractNumId w:val="8"/>
  </w:num>
  <w:num w:numId="2" w16cid:durableId="270861318">
    <w:abstractNumId w:val="6"/>
  </w:num>
  <w:num w:numId="3" w16cid:durableId="1119296638">
    <w:abstractNumId w:val="5"/>
  </w:num>
  <w:num w:numId="4" w16cid:durableId="1711343230">
    <w:abstractNumId w:val="4"/>
  </w:num>
  <w:num w:numId="5" w16cid:durableId="886603288">
    <w:abstractNumId w:val="7"/>
  </w:num>
  <w:num w:numId="6" w16cid:durableId="1302928538">
    <w:abstractNumId w:val="3"/>
  </w:num>
  <w:num w:numId="7" w16cid:durableId="1177689264">
    <w:abstractNumId w:val="2"/>
  </w:num>
  <w:num w:numId="8" w16cid:durableId="217322225">
    <w:abstractNumId w:val="1"/>
  </w:num>
  <w:num w:numId="9" w16cid:durableId="80354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3172"/>
    <w:rsid w:val="0029639D"/>
    <w:rsid w:val="00326F90"/>
    <w:rsid w:val="00690B45"/>
    <w:rsid w:val="00890086"/>
    <w:rsid w:val="00967F84"/>
    <w:rsid w:val="00A25BE2"/>
    <w:rsid w:val="00AA1D8D"/>
    <w:rsid w:val="00B47730"/>
    <w:rsid w:val="00BB10D1"/>
    <w:rsid w:val="00CB0664"/>
    <w:rsid w:val="00FC693F"/>
    <w:rsid w:val="00FF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36EB2D"/>
  <w14:defaultImageDpi w14:val="300"/>
  <w15:docId w15:val="{5CE7142C-7412-4FE8-91D0-8CA2C541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color w:val="1E1E1E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Hodnocení souvislé odborné praxe</dc:title>
  <dc:subject>Formulář hodnocení žáka/žákyně na souvislé odborné praxi</dc:subject>
  <dc:creator>python-docx</dc:creator>
  <cp:keywords/>
  <dc:description>generated by python-docx</dc:description>
  <cp:lastModifiedBy>Pavel Janíček</cp:lastModifiedBy>
  <cp:revision>5</cp:revision>
  <dcterms:created xsi:type="dcterms:W3CDTF">2013-12-23T23:15:00Z</dcterms:created>
  <dcterms:modified xsi:type="dcterms:W3CDTF">2026-08-31T07:15:00Z</dcterms:modified>
  <cp:category/>
</cp:coreProperties>
</file>