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048"/>
        <w:gridCol w:w="3845"/>
      </w:tblGrid>
      <w:tr w:rsidR="00A25BE2" w:rsidRPr="001E17B3" w14:paraId="18E20F46" w14:textId="77777777">
        <w:trPr>
          <w:jc w:val="center"/>
        </w:trPr>
        <w:tc>
          <w:tcPr>
            <w:tcW w:w="6048" w:type="dxa"/>
          </w:tcPr>
          <w:p w14:paraId="7EDA1AE8" w14:textId="77777777" w:rsidR="00A25BE2" w:rsidRPr="001E17B3" w:rsidRDefault="00000000">
            <w:pPr>
              <w:spacing w:after="0"/>
              <w:rPr>
                <w:lang w:val="cs-CZ"/>
              </w:rPr>
            </w:pPr>
            <w:r w:rsidRPr="001E17B3">
              <w:rPr>
                <w:b/>
                <w:sz w:val="22"/>
                <w:lang w:val="cs-CZ"/>
              </w:rPr>
              <w:t>STŘEDNÍ ODBORNÁ ŠKOLA</w:t>
            </w:r>
            <w:r w:rsidRPr="001E17B3">
              <w:rPr>
                <w:b/>
                <w:sz w:val="22"/>
                <w:lang w:val="cs-CZ"/>
              </w:rPr>
              <w:br/>
            </w:r>
            <w:r w:rsidRPr="001E17B3">
              <w:rPr>
                <w:sz w:val="17"/>
                <w:lang w:val="cs-CZ"/>
              </w:rPr>
              <w:t>pro ochranu a obnovu životního prostředí</w:t>
            </w:r>
            <w:r w:rsidRPr="001E17B3">
              <w:rPr>
                <w:sz w:val="17"/>
                <w:lang w:val="cs-CZ"/>
              </w:rPr>
              <w:br/>
            </w:r>
            <w:r w:rsidRPr="001E17B3">
              <w:rPr>
                <w:b/>
                <w:sz w:val="21"/>
                <w:lang w:val="cs-CZ"/>
              </w:rPr>
              <w:t>SCHOLA HUMANITAS</w:t>
            </w:r>
            <w:r w:rsidRPr="001E17B3">
              <w:rPr>
                <w:b/>
                <w:sz w:val="21"/>
                <w:lang w:val="cs-CZ"/>
              </w:rPr>
              <w:br/>
            </w:r>
            <w:r w:rsidRPr="001E17B3">
              <w:rPr>
                <w:color w:val="718096"/>
                <w:sz w:val="16"/>
                <w:lang w:val="cs-CZ"/>
              </w:rPr>
              <w:t>Ukrajinská 379, 436 01 Litvínov</w:t>
            </w:r>
            <w:r w:rsidRPr="001E17B3">
              <w:rPr>
                <w:color w:val="718096"/>
                <w:sz w:val="16"/>
                <w:lang w:val="cs-CZ"/>
              </w:rPr>
              <w:br/>
              <w:t xml:space="preserve">Tel.: 476 111 226 | </w:t>
            </w:r>
            <w:r w:rsidR="00FF2816" w:rsidRPr="001E17B3">
              <w:rPr>
                <w:color w:val="718096"/>
                <w:sz w:val="16"/>
                <w:lang w:val="cs-CZ"/>
              </w:rPr>
              <w:t>schola@</w:t>
            </w:r>
            <w:r w:rsidRPr="001E17B3">
              <w:rPr>
                <w:color w:val="718096"/>
                <w:sz w:val="16"/>
                <w:lang w:val="cs-CZ"/>
              </w:rPr>
              <w:t>humanitas.cz</w:t>
            </w:r>
          </w:p>
        </w:tc>
        <w:tc>
          <w:tcPr>
            <w:tcW w:w="3845" w:type="dxa"/>
          </w:tcPr>
          <w:p w14:paraId="10474300" w14:textId="77777777" w:rsidR="00A25BE2" w:rsidRPr="001E17B3" w:rsidRDefault="00000000">
            <w:pPr>
              <w:spacing w:after="0"/>
              <w:jc w:val="right"/>
              <w:rPr>
                <w:lang w:val="cs-CZ"/>
              </w:rPr>
            </w:pPr>
            <w:r w:rsidRPr="001E17B3">
              <w:rPr>
                <w:b/>
                <w:lang w:val="cs-CZ"/>
              </w:rPr>
              <w:t>K rukám ředitele školy:</w:t>
            </w:r>
            <w:r w:rsidRPr="001E17B3">
              <w:rPr>
                <w:b/>
                <w:lang w:val="cs-CZ"/>
              </w:rPr>
              <w:br/>
            </w:r>
            <w:r w:rsidRPr="001E17B3">
              <w:rPr>
                <w:bCs/>
                <w:lang w:val="cs-CZ"/>
              </w:rPr>
              <w:t>RNDr. Milan Šmídl, Ph.D., MBA</w:t>
            </w:r>
          </w:p>
        </w:tc>
      </w:tr>
    </w:tbl>
    <w:p w14:paraId="3370B3B7" w14:textId="77777777" w:rsidR="00A25BE2" w:rsidRPr="001E17B3" w:rsidRDefault="00A25BE2">
      <w:pPr>
        <w:pBdr>
          <w:bottom w:val="single" w:sz="18" w:space="4" w:color="1B4332"/>
        </w:pBdr>
        <w:spacing w:before="80" w:after="280"/>
        <w:rPr>
          <w:lang w:val="cs-CZ"/>
        </w:rPr>
      </w:pPr>
    </w:p>
    <w:p w14:paraId="05AB51AB" w14:textId="77777777" w:rsidR="00A25BE2" w:rsidRPr="001E17B3" w:rsidRDefault="00000000">
      <w:pPr>
        <w:spacing w:after="280"/>
        <w:jc w:val="center"/>
        <w:rPr>
          <w:lang w:val="cs-CZ"/>
        </w:rPr>
      </w:pPr>
      <w:r w:rsidRPr="001E17B3">
        <w:rPr>
          <w:b/>
          <w:sz w:val="24"/>
          <w:lang w:val="cs-CZ"/>
        </w:rPr>
        <w:t>PROHLÁŠENÍ ZÁKONNÉHO ZÁSTUPCE O SEŘÍZENÍ LYŽAŘSKÉHO VÁZÁNÍ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93"/>
      </w:tblGrid>
      <w:tr w:rsidR="00A25BE2" w:rsidRPr="001E17B3" w14:paraId="19B0A37F" w14:textId="77777777">
        <w:trPr>
          <w:jc w:val="center"/>
        </w:trPr>
        <w:tc>
          <w:tcPr>
            <w:tcW w:w="9893" w:type="dxa"/>
            <w:tcBorders>
              <w:left w:val="single" w:sz="36" w:space="0" w:color="1B4332"/>
            </w:tcBorders>
            <w:shd w:val="clear" w:color="auto" w:fill="F8F9FA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868CCF6" w14:textId="77777777" w:rsidR="004C7297" w:rsidRPr="001E17B3" w:rsidRDefault="00000000" w:rsidP="001E17B3">
            <w:pPr>
              <w:spacing w:after="40" w:line="480" w:lineRule="auto"/>
              <w:rPr>
                <w:lang w:val="cs-CZ"/>
              </w:rPr>
            </w:pPr>
            <w:r w:rsidRPr="001E17B3">
              <w:rPr>
                <w:b/>
                <w:sz w:val="20"/>
                <w:lang w:val="cs-CZ"/>
              </w:rPr>
              <w:t>Prohlášení zákonného zástupce</w:t>
            </w:r>
          </w:p>
          <w:p w14:paraId="1B672C5C" w14:textId="77777777" w:rsidR="001E17B3" w:rsidRPr="001E17B3" w:rsidRDefault="00000000" w:rsidP="001E17B3">
            <w:pPr>
              <w:spacing w:after="0" w:line="480" w:lineRule="auto"/>
              <w:rPr>
                <w:sz w:val="22"/>
                <w:szCs w:val="28"/>
                <w:lang w:val="cs-CZ"/>
              </w:rPr>
            </w:pPr>
            <w:r w:rsidRPr="001E17B3">
              <w:rPr>
                <w:sz w:val="22"/>
                <w:szCs w:val="28"/>
                <w:lang w:val="cs-CZ"/>
              </w:rPr>
              <w:t>Prohlašuji tímto, že bezpečnostní lyžařské vázání mého syna / mé dcery</w:t>
            </w:r>
            <w:r w:rsidR="001E17B3" w:rsidRPr="001E17B3">
              <w:rPr>
                <w:sz w:val="22"/>
                <w:szCs w:val="28"/>
                <w:lang w:val="cs-CZ"/>
              </w:rPr>
              <w:t xml:space="preserve"> </w:t>
            </w:r>
            <w:r w:rsidR="001E17B3" w:rsidRPr="001E17B3">
              <w:rPr>
                <w:sz w:val="22"/>
                <w:szCs w:val="28"/>
                <w:lang w:val="cs-CZ"/>
              </w:rPr>
              <w:t>bylo před zahájením lyžařského výcvikového kurzu řádně seřízeno.</w:t>
            </w:r>
          </w:p>
          <w:p w14:paraId="18CDF9F7" w14:textId="601D8AF4" w:rsidR="004C7297" w:rsidRPr="001E17B3" w:rsidRDefault="00000000" w:rsidP="001E17B3">
            <w:pPr>
              <w:spacing w:before="20" w:after="0" w:line="480" w:lineRule="auto"/>
              <w:rPr>
                <w:sz w:val="22"/>
                <w:szCs w:val="28"/>
                <w:lang w:val="cs-CZ"/>
              </w:rPr>
            </w:pPr>
            <w:r w:rsidRPr="001E17B3">
              <w:rPr>
                <w:sz w:val="22"/>
                <w:szCs w:val="28"/>
                <w:lang w:val="cs-CZ"/>
              </w:rPr>
              <w:t>:</w:t>
            </w:r>
          </w:p>
          <w:p w14:paraId="30FB380C" w14:textId="77777777" w:rsidR="004C7297" w:rsidRPr="001E17B3" w:rsidRDefault="004C7297" w:rsidP="001E17B3">
            <w:pPr>
              <w:spacing w:after="0" w:line="480" w:lineRule="auto"/>
              <w:rPr>
                <w:lang w:val="cs-CZ"/>
              </w:rPr>
            </w:pPr>
          </w:p>
          <w:p w14:paraId="30A1EA7E" w14:textId="77777777" w:rsidR="004C7297" w:rsidRPr="001E17B3" w:rsidRDefault="00000000" w:rsidP="001E17B3">
            <w:pPr>
              <w:spacing w:after="0" w:line="480" w:lineRule="auto"/>
              <w:rPr>
                <w:lang w:val="cs-CZ"/>
              </w:rPr>
            </w:pPr>
            <w:r w:rsidRPr="001E17B3">
              <w:rPr>
                <w:lang w:val="cs-CZ"/>
              </w:rPr>
              <w:t>Jméno a příjmení žáka/žákyně: ................................................................................................................</w:t>
            </w:r>
          </w:p>
          <w:p w14:paraId="4EADBE36" w14:textId="77777777" w:rsidR="004C7297" w:rsidRPr="001E17B3" w:rsidRDefault="00000000" w:rsidP="001E17B3">
            <w:pPr>
              <w:spacing w:after="0" w:line="480" w:lineRule="auto"/>
              <w:rPr>
                <w:lang w:val="cs-CZ"/>
              </w:rPr>
            </w:pPr>
            <w:r w:rsidRPr="001E17B3">
              <w:rPr>
                <w:lang w:val="cs-CZ"/>
              </w:rPr>
              <w:t>Datum narození: ........................................   Třída: ........................................</w:t>
            </w:r>
          </w:p>
          <w:p w14:paraId="7A6700AB" w14:textId="77777777" w:rsidR="004C7297" w:rsidRPr="001E17B3" w:rsidRDefault="004C7297" w:rsidP="001E17B3">
            <w:pPr>
              <w:spacing w:after="60" w:line="480" w:lineRule="auto"/>
              <w:rPr>
                <w:lang w:val="cs-CZ"/>
              </w:rPr>
            </w:pPr>
          </w:p>
          <w:p w14:paraId="5A7E195D" w14:textId="77777777" w:rsidR="004C7297" w:rsidRPr="001E17B3" w:rsidRDefault="004C7297" w:rsidP="001E17B3">
            <w:pPr>
              <w:spacing w:after="0" w:line="480" w:lineRule="auto"/>
              <w:rPr>
                <w:lang w:val="cs-CZ"/>
              </w:rPr>
            </w:pPr>
          </w:p>
          <w:p w14:paraId="329FE1B3" w14:textId="77777777" w:rsidR="004C7297" w:rsidRPr="001E17B3" w:rsidRDefault="00000000" w:rsidP="001E17B3">
            <w:pPr>
              <w:spacing w:after="60" w:line="480" w:lineRule="auto"/>
              <w:rPr>
                <w:lang w:val="cs-CZ"/>
              </w:rPr>
            </w:pPr>
            <w:r w:rsidRPr="001E17B3">
              <w:rPr>
                <w:b/>
                <w:lang w:val="cs-CZ"/>
              </w:rPr>
              <w:t>Údaje o zákonném zástupci:</w:t>
            </w:r>
          </w:p>
          <w:p w14:paraId="3AA24C7F" w14:textId="77777777" w:rsidR="004C7297" w:rsidRPr="001E17B3" w:rsidRDefault="00000000" w:rsidP="001E17B3">
            <w:pPr>
              <w:spacing w:after="0" w:line="480" w:lineRule="auto"/>
              <w:rPr>
                <w:lang w:val="cs-CZ"/>
              </w:rPr>
            </w:pPr>
            <w:r w:rsidRPr="001E17B3">
              <w:rPr>
                <w:lang w:val="cs-CZ"/>
              </w:rPr>
              <w:t>Jméno a příjmení: ........................................................................................................................................</w:t>
            </w:r>
          </w:p>
          <w:p w14:paraId="7F5D6E03" w14:textId="77777777" w:rsidR="004C7297" w:rsidRPr="001E17B3" w:rsidRDefault="00000000" w:rsidP="001E17B3">
            <w:pPr>
              <w:spacing w:after="0" w:line="480" w:lineRule="auto"/>
              <w:rPr>
                <w:lang w:val="cs-CZ"/>
              </w:rPr>
            </w:pPr>
            <w:r w:rsidRPr="001E17B3">
              <w:rPr>
                <w:lang w:val="cs-CZ"/>
              </w:rPr>
              <w:t>Adresa: ............................................................................................................................................................</w:t>
            </w:r>
          </w:p>
          <w:p w14:paraId="3E526D0A" w14:textId="77777777" w:rsidR="004C7297" w:rsidRPr="001E17B3" w:rsidRDefault="00000000" w:rsidP="001E17B3">
            <w:pPr>
              <w:spacing w:after="0" w:line="480" w:lineRule="auto"/>
              <w:rPr>
                <w:lang w:val="cs-CZ"/>
              </w:rPr>
            </w:pPr>
            <w:r w:rsidRPr="001E17B3">
              <w:rPr>
                <w:lang w:val="cs-CZ"/>
              </w:rPr>
              <w:t>Telefonní kontakt: ........................................................................................................................................</w:t>
            </w:r>
          </w:p>
          <w:p w14:paraId="7B2DED86" w14:textId="77777777" w:rsidR="004C7297" w:rsidRPr="001E17B3" w:rsidRDefault="004C7297">
            <w:pPr>
              <w:spacing w:after="0"/>
              <w:rPr>
                <w:lang w:val="cs-CZ"/>
              </w:rPr>
            </w:pPr>
          </w:p>
          <w:p w14:paraId="174052AE" w14:textId="77777777" w:rsidR="004C7297" w:rsidRPr="001E17B3" w:rsidRDefault="004C7297">
            <w:pPr>
              <w:spacing w:before="40" w:after="0"/>
              <w:rPr>
                <w:lang w:val="cs-CZ"/>
              </w:rPr>
            </w:pPr>
          </w:p>
        </w:tc>
      </w:tr>
    </w:tbl>
    <w:p w14:paraId="287D0126" w14:textId="77777777" w:rsidR="00A25BE2" w:rsidRPr="001E17B3" w:rsidRDefault="00A25BE2">
      <w:pPr>
        <w:rPr>
          <w:lang w:val="cs-CZ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2"/>
        <w:gridCol w:w="4939"/>
        <w:gridCol w:w="4882"/>
        <w:gridCol w:w="72"/>
      </w:tblGrid>
      <w:tr w:rsidR="00A25BE2" w:rsidRPr="001E17B3" w14:paraId="6E73135A" w14:textId="77777777" w:rsidTr="001E17B3">
        <w:trPr>
          <w:gridBefore w:val="1"/>
          <w:wBefore w:w="72" w:type="dxa"/>
          <w:jc w:val="center"/>
        </w:trPr>
        <w:tc>
          <w:tcPr>
            <w:tcW w:w="4939" w:type="dxa"/>
          </w:tcPr>
          <w:p w14:paraId="5EA1E99E" w14:textId="77777777" w:rsidR="004C7297" w:rsidRPr="001E17B3" w:rsidRDefault="00000000">
            <w:pPr>
              <w:spacing w:after="0" w:line="240" w:lineRule="auto"/>
              <w:rPr>
                <w:lang w:val="cs-CZ"/>
              </w:rPr>
            </w:pPr>
            <w:r w:rsidRPr="001E17B3">
              <w:rPr>
                <w:lang w:val="cs-CZ"/>
              </w:rPr>
              <w:t>V ................................. dne: ........................................</w:t>
            </w:r>
          </w:p>
          <w:p w14:paraId="048C31F0" w14:textId="77777777" w:rsidR="004C7297" w:rsidRPr="001E17B3" w:rsidRDefault="004C7297">
            <w:pPr>
              <w:spacing w:after="160" w:line="240" w:lineRule="auto"/>
              <w:rPr>
                <w:lang w:val="cs-CZ"/>
              </w:rPr>
            </w:pPr>
          </w:p>
          <w:p w14:paraId="11646802" w14:textId="77777777" w:rsidR="004C7297" w:rsidRPr="001E17B3" w:rsidRDefault="004C7297">
            <w:pPr>
              <w:spacing w:after="0" w:line="240" w:lineRule="auto"/>
              <w:rPr>
                <w:lang w:val="cs-CZ"/>
              </w:rPr>
            </w:pPr>
          </w:p>
          <w:p w14:paraId="53F6C175" w14:textId="77777777" w:rsidR="004C7297" w:rsidRPr="001E17B3" w:rsidRDefault="004C7297">
            <w:pPr>
              <w:spacing w:after="0" w:line="240" w:lineRule="auto"/>
              <w:rPr>
                <w:lang w:val="cs-CZ"/>
              </w:rPr>
            </w:pPr>
          </w:p>
          <w:p w14:paraId="3C689034" w14:textId="77777777" w:rsidR="004C7297" w:rsidRPr="001E17B3" w:rsidRDefault="004C7297">
            <w:pPr>
              <w:spacing w:before="80" w:after="0" w:line="240" w:lineRule="auto"/>
              <w:rPr>
                <w:lang w:val="cs-CZ"/>
              </w:rPr>
            </w:pPr>
          </w:p>
          <w:p w14:paraId="1270E78C" w14:textId="77777777" w:rsidR="004C7297" w:rsidRPr="001E17B3" w:rsidRDefault="004C7297">
            <w:pPr>
              <w:spacing w:after="0" w:line="240" w:lineRule="auto"/>
              <w:rPr>
                <w:lang w:val="cs-CZ"/>
              </w:rPr>
            </w:pPr>
          </w:p>
        </w:tc>
        <w:tc>
          <w:tcPr>
            <w:tcW w:w="4954" w:type="dxa"/>
            <w:gridSpan w:val="2"/>
          </w:tcPr>
          <w:p w14:paraId="0F4F476D" w14:textId="77777777" w:rsidR="004C7297" w:rsidRDefault="004C7297">
            <w:pPr>
              <w:spacing w:after="0"/>
              <w:rPr>
                <w:lang w:val="cs-CZ"/>
              </w:rPr>
            </w:pPr>
          </w:p>
          <w:p w14:paraId="4886F6F8" w14:textId="77777777" w:rsidR="001E17B3" w:rsidRPr="001E17B3" w:rsidRDefault="001E17B3">
            <w:pPr>
              <w:spacing w:after="0"/>
              <w:rPr>
                <w:lang w:val="cs-CZ"/>
              </w:rPr>
            </w:pPr>
          </w:p>
          <w:p w14:paraId="6F73DA97" w14:textId="77777777" w:rsidR="004C7297" w:rsidRPr="001E17B3" w:rsidRDefault="00000000">
            <w:pPr>
              <w:spacing w:after="0"/>
              <w:rPr>
                <w:lang w:val="cs-CZ"/>
              </w:rPr>
            </w:pPr>
            <w:r w:rsidRPr="001E17B3">
              <w:rPr>
                <w:lang w:val="cs-CZ"/>
              </w:rPr>
              <w:t>.......................................................................</w:t>
            </w:r>
          </w:p>
          <w:p w14:paraId="4A95C353" w14:textId="57E6AD71" w:rsidR="004C7297" w:rsidRPr="001E17B3" w:rsidRDefault="00000000">
            <w:pPr>
              <w:spacing w:after="0"/>
              <w:rPr>
                <w:lang w:val="cs-CZ"/>
              </w:rPr>
            </w:pPr>
            <w:r w:rsidRPr="001E17B3">
              <w:rPr>
                <w:sz w:val="16"/>
                <w:lang w:val="cs-CZ"/>
              </w:rPr>
              <w:t>Podpis zákonného zástupce</w:t>
            </w:r>
            <w:r w:rsidR="001E17B3">
              <w:rPr>
                <w:sz w:val="16"/>
                <w:lang w:val="cs-CZ"/>
              </w:rPr>
              <w:br/>
            </w:r>
            <w:r w:rsidR="001E17B3">
              <w:rPr>
                <w:sz w:val="16"/>
                <w:lang w:val="cs-CZ"/>
              </w:rPr>
              <w:br/>
            </w:r>
          </w:p>
        </w:tc>
      </w:tr>
      <w:tr w:rsidR="00A25BE2" w:rsidRPr="001E17B3" w14:paraId="62350E7E" w14:textId="77777777" w:rsidTr="001E17B3">
        <w:trPr>
          <w:gridAfter w:val="1"/>
          <w:wAfter w:w="72" w:type="dxa"/>
          <w:jc w:val="center"/>
        </w:trPr>
        <w:tc>
          <w:tcPr>
            <w:tcW w:w="9893" w:type="dxa"/>
            <w:gridSpan w:val="3"/>
            <w:tcBorders>
              <w:top w:val="single" w:sz="12" w:space="0" w:color="1B4332"/>
              <w:left w:val="single" w:sz="12" w:space="0" w:color="1B4332"/>
              <w:bottom w:val="single" w:sz="12" w:space="0" w:color="1B4332"/>
              <w:right w:val="single" w:sz="12" w:space="0" w:color="1B4332"/>
            </w:tcBorders>
            <w:shd w:val="clear" w:color="auto" w:fill="FAFDFB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B07B234" w14:textId="77777777" w:rsidR="004C7297" w:rsidRPr="001E17B3" w:rsidRDefault="00000000" w:rsidP="001E17B3">
            <w:pPr>
              <w:spacing w:after="40" w:line="480" w:lineRule="auto"/>
              <w:rPr>
                <w:lang w:val="cs-CZ"/>
              </w:rPr>
            </w:pPr>
            <w:r w:rsidRPr="001E17B3">
              <w:rPr>
                <w:b/>
                <w:sz w:val="20"/>
                <w:lang w:val="cs-CZ"/>
              </w:rPr>
              <w:t>PRO POTŘEBY ŠKOLY</w:t>
            </w:r>
          </w:p>
          <w:p w14:paraId="3600456B" w14:textId="77777777" w:rsidR="001E17B3" w:rsidRPr="001E17B3" w:rsidRDefault="001E17B3" w:rsidP="001E17B3">
            <w:pPr>
              <w:spacing w:after="40" w:line="480" w:lineRule="auto"/>
              <w:rPr>
                <w:lang w:val="cs-CZ"/>
              </w:rPr>
            </w:pPr>
          </w:p>
          <w:p w14:paraId="314C4BA9" w14:textId="6B2999DB" w:rsidR="004C7297" w:rsidRPr="001E17B3" w:rsidRDefault="00000000" w:rsidP="001E17B3">
            <w:pPr>
              <w:spacing w:after="40" w:line="480" w:lineRule="auto"/>
              <w:rPr>
                <w:lang w:val="cs-CZ"/>
              </w:rPr>
            </w:pPr>
            <w:r w:rsidRPr="001E17B3">
              <w:rPr>
                <w:lang w:val="cs-CZ"/>
              </w:rPr>
              <w:t>Prohlášení převzal/a: .................................................................................................................................</w:t>
            </w:r>
          </w:p>
          <w:p w14:paraId="56FF52E8" w14:textId="77777777" w:rsidR="004C7297" w:rsidRPr="001E17B3" w:rsidRDefault="00000000" w:rsidP="001E17B3">
            <w:pPr>
              <w:spacing w:after="0" w:line="480" w:lineRule="auto"/>
              <w:rPr>
                <w:lang w:val="cs-CZ"/>
              </w:rPr>
            </w:pPr>
            <w:r w:rsidRPr="001E17B3">
              <w:rPr>
                <w:lang w:val="cs-CZ"/>
              </w:rPr>
              <w:t>Datum převzetí: ........................................</w:t>
            </w:r>
          </w:p>
          <w:p w14:paraId="1C1C772F" w14:textId="77777777" w:rsidR="004C7297" w:rsidRPr="001E17B3" w:rsidRDefault="004C7297" w:rsidP="001E17B3">
            <w:pPr>
              <w:spacing w:after="0" w:line="480" w:lineRule="auto"/>
              <w:rPr>
                <w:lang w:val="cs-CZ"/>
              </w:rPr>
            </w:pPr>
          </w:p>
          <w:p w14:paraId="0B1504F1" w14:textId="77777777" w:rsidR="004C7297" w:rsidRPr="001E17B3" w:rsidRDefault="00000000" w:rsidP="001E17B3">
            <w:pPr>
              <w:spacing w:after="0" w:line="480" w:lineRule="auto"/>
              <w:rPr>
                <w:lang w:val="cs-CZ"/>
              </w:rPr>
            </w:pPr>
            <w:r w:rsidRPr="001E17B3">
              <w:rPr>
                <w:lang w:val="cs-CZ"/>
              </w:rPr>
              <w:t>Poznámka: .......................................................................................................................................................</w:t>
            </w:r>
          </w:p>
          <w:p w14:paraId="3C7BA5E6" w14:textId="77777777" w:rsidR="004C7297" w:rsidRPr="001E17B3" w:rsidRDefault="004C7297">
            <w:pPr>
              <w:spacing w:after="0"/>
              <w:rPr>
                <w:lang w:val="cs-CZ"/>
              </w:rPr>
            </w:pPr>
          </w:p>
          <w:p w14:paraId="6E984251" w14:textId="77777777" w:rsidR="004C7297" w:rsidRPr="001E17B3" w:rsidRDefault="004C7297">
            <w:pPr>
              <w:spacing w:after="0"/>
              <w:rPr>
                <w:lang w:val="cs-CZ"/>
              </w:rPr>
            </w:pPr>
          </w:p>
        </w:tc>
      </w:tr>
    </w:tbl>
    <w:p w14:paraId="2879D55C" w14:textId="77777777" w:rsidR="001A3172" w:rsidRPr="001E17B3" w:rsidRDefault="001A3172" w:rsidP="001E17B3">
      <w:pPr>
        <w:rPr>
          <w:lang w:val="cs-CZ"/>
        </w:rPr>
      </w:pPr>
    </w:p>
    <w:sectPr w:rsidR="001A3172" w:rsidRPr="001E17B3" w:rsidSect="00967F84">
      <w:pgSz w:w="11909" w:h="16834"/>
      <w:pgMar w:top="792" w:right="1008" w:bottom="56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02852300">
    <w:abstractNumId w:val="8"/>
  </w:num>
  <w:num w:numId="2" w16cid:durableId="270861318">
    <w:abstractNumId w:val="6"/>
  </w:num>
  <w:num w:numId="3" w16cid:durableId="1119296638">
    <w:abstractNumId w:val="5"/>
  </w:num>
  <w:num w:numId="4" w16cid:durableId="1711343230">
    <w:abstractNumId w:val="4"/>
  </w:num>
  <w:num w:numId="5" w16cid:durableId="886603288">
    <w:abstractNumId w:val="7"/>
  </w:num>
  <w:num w:numId="6" w16cid:durableId="1302928538">
    <w:abstractNumId w:val="3"/>
  </w:num>
  <w:num w:numId="7" w16cid:durableId="1177689264">
    <w:abstractNumId w:val="2"/>
  </w:num>
  <w:num w:numId="8" w16cid:durableId="217322225">
    <w:abstractNumId w:val="1"/>
  </w:num>
  <w:num w:numId="9" w16cid:durableId="803541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3172"/>
    <w:rsid w:val="001E17B3"/>
    <w:rsid w:val="0029639D"/>
    <w:rsid w:val="00326F90"/>
    <w:rsid w:val="004C7297"/>
    <w:rsid w:val="00690B45"/>
    <w:rsid w:val="00890086"/>
    <w:rsid w:val="00967F84"/>
    <w:rsid w:val="00A25BE2"/>
    <w:rsid w:val="00AA1D8D"/>
    <w:rsid w:val="00B47730"/>
    <w:rsid w:val="00BB10D1"/>
    <w:rsid w:val="00CB0664"/>
    <w:rsid w:val="00FC693F"/>
    <w:rsid w:val="00FF2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A6984D"/>
  <w14:defaultImageDpi w14:val="300"/>
  <w15:docId w15:val="{5CE7142C-7412-4FE8-91D0-8CA2C5411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rial" w:hAnsi="Arial"/>
      <w:color w:val="1E1E1E"/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Prohlášení zákonného zástupce o seřízení lyžařského vázání</dc:title>
  <dc:subject>Lyžařský výcvikový kurz</dc:subject>
  <dc:creator>python-docx</dc:creator>
  <cp:keywords/>
  <dc:description>generated by python-docx</dc:description>
  <cp:lastModifiedBy>Pavel Janíček</cp:lastModifiedBy>
  <cp:revision>6</cp:revision>
  <dcterms:created xsi:type="dcterms:W3CDTF">2013-12-23T23:15:00Z</dcterms:created>
  <dcterms:modified xsi:type="dcterms:W3CDTF">2026-08-31T10:31:00Z</dcterms:modified>
  <cp:category/>
</cp:coreProperties>
</file>