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048"/>
        <w:gridCol w:w="3845"/>
      </w:tblGrid>
      <w:tr w:rsidR="00A25BE2" w:rsidRPr="00690B45" w14:paraId="0EA4A027" w14:textId="77777777">
        <w:trPr>
          <w:cantSplit/>
          <w:jc w:val="center"/>
        </w:trPr>
        <w:tc>
          <w:tcPr>
            <w:tcW w:w="6048" w:type="dxa"/>
          </w:tcPr>
          <w:p w14:paraId="3163B5EC" w14:textId="77777777" w:rsidR="00A25BE2" w:rsidRPr="00690B45" w:rsidRDefault="00000000">
            <w:pPr>
              <w:spacing w:after="0"/>
              <w:rPr>
                <w:lang w:val="cs-CZ"/>
              </w:rPr>
            </w:pPr>
            <w:r w:rsidRPr="00690B45">
              <w:rPr>
                <w:b/>
                <w:sz w:val="22"/>
                <w:lang w:val="cs-CZ"/>
              </w:rPr>
              <w:t>STŘEDNÍ ODBORNÁ ŠKOLA</w:t>
            </w:r>
            <w:r w:rsidRPr="00690B45">
              <w:rPr>
                <w:b/>
                <w:sz w:val="22"/>
                <w:lang w:val="cs-CZ"/>
              </w:rPr>
              <w:br/>
            </w:r>
            <w:r w:rsidRPr="00690B45">
              <w:rPr>
                <w:sz w:val="17"/>
                <w:lang w:val="cs-CZ"/>
              </w:rPr>
              <w:t>pro ochranu a obnovu životního prostředí</w:t>
            </w:r>
            <w:r w:rsidRPr="00690B45">
              <w:rPr>
                <w:sz w:val="17"/>
                <w:lang w:val="cs-CZ"/>
              </w:rPr>
              <w:br/>
            </w:r>
            <w:r w:rsidRPr="00690B45">
              <w:rPr>
                <w:b/>
                <w:sz w:val="21"/>
                <w:lang w:val="cs-CZ"/>
              </w:rPr>
              <w:t>SCHOLA HUMANITAS</w:t>
            </w:r>
            <w:r w:rsidRPr="00690B45">
              <w:rPr>
                <w:b/>
                <w:sz w:val="21"/>
                <w:lang w:val="cs-CZ"/>
              </w:rPr>
              <w:br/>
            </w:r>
            <w:r w:rsidRPr="00690B45">
              <w:rPr>
                <w:color w:val="718096"/>
                <w:sz w:val="16"/>
                <w:lang w:val="cs-CZ"/>
              </w:rPr>
              <w:t>Ukrajinská 379, 436 01 Litvínov</w:t>
            </w:r>
            <w:r w:rsidRPr="00690B45">
              <w:rPr>
                <w:color w:val="718096"/>
                <w:sz w:val="16"/>
                <w:lang w:val="cs-CZ"/>
              </w:rPr>
              <w:br/>
              <w:t xml:space="preserve">Tel.: 476 111 226 | </w:t>
            </w:r>
            <w:r w:rsidR="00FF2816">
              <w:rPr>
                <w:color w:val="718096"/>
                <w:sz w:val="16"/>
                <w:lang w:val="cs-CZ"/>
              </w:rPr>
              <w:t>schola@</w:t>
            </w:r>
            <w:r w:rsidRPr="00690B45">
              <w:rPr>
                <w:color w:val="718096"/>
                <w:sz w:val="16"/>
                <w:lang w:val="cs-CZ"/>
              </w:rPr>
              <w:t>humanitas.cz</w:t>
            </w:r>
          </w:p>
        </w:tc>
        <w:tc>
          <w:tcPr>
            <w:tcW w:w="3845" w:type="dxa"/>
          </w:tcPr>
          <w:p w14:paraId="5946DD4C" w14:textId="77777777" w:rsidR="00A25BE2" w:rsidRPr="00690B45" w:rsidRDefault="00000000">
            <w:pPr>
              <w:spacing w:after="0"/>
              <w:jc w:val="right"/>
              <w:rPr>
                <w:lang w:val="cs-CZ"/>
              </w:rPr>
            </w:pPr>
            <w:r w:rsidRPr="00690B45">
              <w:rPr>
                <w:b/>
                <w:sz w:val="18"/>
                <w:lang w:val="cs-CZ"/>
              </w:rPr>
              <w:t>K rukám ředitele školy:</w:t>
            </w:r>
            <w:r w:rsidRPr="00690B45">
              <w:rPr>
                <w:b/>
                <w:sz w:val="18"/>
                <w:lang w:val="cs-CZ"/>
              </w:rPr>
              <w:br/>
            </w:r>
            <w:r w:rsidRPr="00967F84">
              <w:rPr>
                <w:bCs/>
                <w:sz w:val="18"/>
                <w:lang w:val="cs-CZ"/>
              </w:rPr>
              <w:t>RNDr. Milan Šmídl, Ph.D., MBA</w:t>
            </w:r>
          </w:p>
        </w:tc>
      </w:tr>
    </w:tbl>
    <w:p w14:paraId="5CA0AF17" w14:textId="77777777" w:rsidR="00A25BE2" w:rsidRPr="00690B45" w:rsidRDefault="00A25BE2">
      <w:pPr>
        <w:pBdr>
          <w:bottom w:val="single" w:sz="18" w:space="4" w:color="1B4332"/>
        </w:pBdr>
        <w:spacing w:before="80" w:after="280"/>
        <w:rPr>
          <w:lang w:val="cs-CZ"/>
        </w:rPr>
      </w:pPr>
    </w:p>
    <w:p w14:paraId="1B69E4AB" w14:textId="77777777" w:rsidR="00A25BE2" w:rsidRPr="00690B45" w:rsidRDefault="00000000">
      <w:pPr>
        <w:spacing w:after="280"/>
        <w:jc w:val="center"/>
        <w:rPr>
          <w:lang w:val="cs-CZ"/>
        </w:rPr>
      </w:pPr>
      <w:r>
        <w:rPr>
          <w:b/>
          <w:sz w:val="26"/>
        </w:rPr>
        <w:t>ŽÁDOST O INDIVIDUÁLNÍ VZDĚLÁVACÍ PLÁN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93"/>
      </w:tblGrid>
      <w:tr w:rsidR="00A25BE2" w:rsidRPr="00690B45" w14:paraId="11840E8A" w14:textId="77777777">
        <w:trPr>
          <w:cantSplit/>
          <w:jc w:val="center"/>
        </w:trPr>
        <w:tc>
          <w:tcPr>
            <w:tcW w:w="9893" w:type="dxa"/>
            <w:tcBorders>
              <w:left w:val="single" w:sz="36" w:space="0" w:color="1B4332"/>
            </w:tcBorders>
            <w:shd w:val="clear" w:color="auto" w:fill="F8F9FA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48762965" w14:textId="77777777" w:rsidR="001236F4" w:rsidRDefault="00000000" w:rsidP="008D736A">
            <w:pPr>
              <w:spacing w:after="60" w:line="360" w:lineRule="auto"/>
            </w:pPr>
            <w:r>
              <w:rPr>
                <w:sz w:val="18"/>
              </w:rPr>
              <w:t>Vážený pane řediteli,</w:t>
            </w:r>
            <w:r>
              <w:rPr>
                <w:sz w:val="18"/>
              </w:rPr>
              <w:br/>
              <w:t>v souladu s § 18 zákona č. 561/2004 Sb. (školský zákon) Vás tímto žádám o povolení vzdělávání podle individuálního vzdělávacího plánu.</w:t>
            </w:r>
          </w:p>
          <w:p w14:paraId="781EE726" w14:textId="77777777" w:rsidR="001236F4" w:rsidRDefault="00000000" w:rsidP="008D736A">
            <w:pPr>
              <w:spacing w:after="20" w:line="360" w:lineRule="auto"/>
            </w:pPr>
            <w:r>
              <w:rPr>
                <w:b/>
                <w:sz w:val="18"/>
              </w:rPr>
              <w:t>Údaje o žákovi/žákyni:</w:t>
            </w:r>
          </w:p>
          <w:p w14:paraId="54968661" w14:textId="77777777" w:rsidR="001236F4" w:rsidRDefault="00000000" w:rsidP="008D736A">
            <w:pPr>
              <w:spacing w:after="0" w:line="360" w:lineRule="auto"/>
            </w:pPr>
            <w:r>
              <w:rPr>
                <w:b/>
                <w:sz w:val="18"/>
              </w:rPr>
              <w:t xml:space="preserve">Jméno a příjmení žáka/žákyně: </w:t>
            </w:r>
            <w:r>
              <w:rPr>
                <w:sz w:val="18"/>
              </w:rPr>
              <w:t>........................................................................................................</w:t>
            </w:r>
          </w:p>
          <w:p w14:paraId="2DAE0E88" w14:textId="6C7DE174" w:rsidR="001236F4" w:rsidRDefault="00000000" w:rsidP="008D736A">
            <w:pPr>
              <w:spacing w:after="0" w:line="360" w:lineRule="auto"/>
            </w:pPr>
            <w:r>
              <w:rPr>
                <w:b/>
                <w:sz w:val="18"/>
              </w:rPr>
              <w:t xml:space="preserve">Datum narození: </w:t>
            </w:r>
            <w:r>
              <w:rPr>
                <w:sz w:val="18"/>
              </w:rPr>
              <w:t xml:space="preserve">....................................   </w:t>
            </w:r>
            <w:r>
              <w:rPr>
                <w:b/>
                <w:sz w:val="18"/>
              </w:rPr>
              <w:t xml:space="preserve">Třída / ročník: </w:t>
            </w:r>
            <w:r>
              <w:rPr>
                <w:sz w:val="18"/>
              </w:rPr>
              <w:t>.............................</w:t>
            </w:r>
            <w:r w:rsidR="008D736A">
              <w:rPr>
                <w:sz w:val="18"/>
              </w:rPr>
              <w:t>............</w:t>
            </w:r>
            <w:r>
              <w:rPr>
                <w:sz w:val="18"/>
              </w:rPr>
              <w:t>........................</w:t>
            </w:r>
          </w:p>
          <w:p w14:paraId="09704257" w14:textId="7AB5ADE2" w:rsidR="001236F4" w:rsidRDefault="00000000" w:rsidP="008D736A">
            <w:pPr>
              <w:spacing w:after="0" w:line="360" w:lineRule="auto"/>
            </w:pPr>
            <w:r>
              <w:rPr>
                <w:b/>
                <w:sz w:val="18"/>
              </w:rPr>
              <w:t xml:space="preserve">Obor vzdělávání: </w:t>
            </w:r>
            <w:r w:rsidR="008D736A">
              <w:rPr>
                <w:sz w:val="18"/>
              </w:rPr>
              <w:t>.....................................................</w:t>
            </w:r>
          </w:p>
          <w:p w14:paraId="32ADA94C" w14:textId="747CE678" w:rsidR="001236F4" w:rsidRDefault="00000000" w:rsidP="008D736A">
            <w:pPr>
              <w:spacing w:after="0" w:line="360" w:lineRule="auto"/>
            </w:pPr>
            <w:r>
              <w:rPr>
                <w:b/>
                <w:sz w:val="18"/>
              </w:rPr>
              <w:t xml:space="preserve">Adresa trvalého bydliště: </w:t>
            </w:r>
            <w:r>
              <w:rPr>
                <w:sz w:val="18"/>
              </w:rPr>
              <w:t>......................................................................</w:t>
            </w:r>
            <w:r w:rsidR="008D736A">
              <w:rPr>
                <w:sz w:val="18"/>
              </w:rPr>
              <w:t>............</w:t>
            </w:r>
            <w:r>
              <w:rPr>
                <w:sz w:val="18"/>
              </w:rPr>
              <w:t>........</w:t>
            </w:r>
            <w:r w:rsidR="008D736A">
              <w:rPr>
                <w:sz w:val="18"/>
              </w:rPr>
              <w:t>..........</w:t>
            </w:r>
            <w:r>
              <w:rPr>
                <w:sz w:val="18"/>
              </w:rPr>
              <w:t>...............</w:t>
            </w:r>
          </w:p>
          <w:p w14:paraId="4B448A19" w14:textId="4001A119" w:rsidR="001236F4" w:rsidRDefault="00000000" w:rsidP="008D736A">
            <w:pPr>
              <w:spacing w:after="40" w:line="360" w:lineRule="auto"/>
            </w:pPr>
            <w:r>
              <w:rPr>
                <w:b/>
                <w:sz w:val="18"/>
              </w:rPr>
              <w:t xml:space="preserve">Telefon / E-mail: </w:t>
            </w:r>
            <w:r>
              <w:rPr>
                <w:sz w:val="18"/>
              </w:rPr>
              <w:t>........................................................................................................</w:t>
            </w:r>
            <w:r w:rsidR="008D736A">
              <w:rPr>
                <w:sz w:val="18"/>
              </w:rPr>
              <w:t>...........</w:t>
            </w:r>
            <w:r>
              <w:rPr>
                <w:sz w:val="18"/>
              </w:rPr>
              <w:t>...............</w:t>
            </w:r>
          </w:p>
          <w:p w14:paraId="1F72B17B" w14:textId="77777777" w:rsidR="001236F4" w:rsidRDefault="00000000" w:rsidP="008D736A">
            <w:pPr>
              <w:spacing w:after="20" w:line="360" w:lineRule="auto"/>
            </w:pPr>
            <w:r>
              <w:rPr>
                <w:b/>
                <w:sz w:val="18"/>
              </w:rPr>
              <w:t>Žádám o povolení IVP pro období:</w:t>
            </w:r>
          </w:p>
          <w:p w14:paraId="0E0F91B4" w14:textId="77777777" w:rsidR="001236F4" w:rsidRDefault="00000000" w:rsidP="008D736A">
            <w:pPr>
              <w:spacing w:after="40" w:line="360" w:lineRule="auto"/>
            </w:pPr>
            <w:r>
              <w:rPr>
                <w:b/>
                <w:sz w:val="18"/>
              </w:rPr>
              <w:t xml:space="preserve">od: </w:t>
            </w:r>
            <w:r>
              <w:rPr>
                <w:sz w:val="18"/>
              </w:rPr>
              <w:t xml:space="preserve">........................................   </w:t>
            </w:r>
            <w:r>
              <w:rPr>
                <w:b/>
                <w:sz w:val="18"/>
              </w:rPr>
              <w:t xml:space="preserve">do: </w:t>
            </w:r>
            <w:r>
              <w:rPr>
                <w:sz w:val="18"/>
              </w:rPr>
              <w:t xml:space="preserve">........................................   </w:t>
            </w:r>
            <w:r>
              <w:rPr>
                <w:b/>
                <w:sz w:val="18"/>
              </w:rPr>
              <w:t xml:space="preserve">školní rok: </w:t>
            </w:r>
            <w:r>
              <w:rPr>
                <w:sz w:val="18"/>
              </w:rPr>
              <w:t>..............................</w:t>
            </w:r>
          </w:p>
          <w:p w14:paraId="06556DF3" w14:textId="77777777" w:rsidR="001236F4" w:rsidRDefault="00000000" w:rsidP="008D736A">
            <w:pPr>
              <w:spacing w:after="20" w:line="360" w:lineRule="auto"/>
            </w:pPr>
            <w:r>
              <w:rPr>
                <w:b/>
                <w:sz w:val="18"/>
              </w:rPr>
              <w:t>Důvod žádosti:</w:t>
            </w:r>
          </w:p>
          <w:p w14:paraId="1667C8AA" w14:textId="77777777" w:rsidR="001236F4" w:rsidRDefault="00000000" w:rsidP="008D736A">
            <w:pPr>
              <w:spacing w:after="0" w:line="360" w:lineRule="auto"/>
            </w:pPr>
            <w:r>
              <w:rPr>
                <w:sz w:val="17"/>
              </w:rPr>
              <w:t>☐ speciální vzdělávací potřeby nebo mimořádné nadání (na základě doporučení školského poradenského zařízení)</w:t>
            </w:r>
          </w:p>
          <w:p w14:paraId="2689DCE1" w14:textId="77777777" w:rsidR="001236F4" w:rsidRDefault="00000000" w:rsidP="008D736A">
            <w:pPr>
              <w:spacing w:after="0" w:line="360" w:lineRule="auto"/>
            </w:pPr>
            <w:r>
              <w:rPr>
                <w:sz w:val="17"/>
              </w:rPr>
              <w:t>☐ jiné závažné důvody ve středním vzdělávání</w:t>
            </w:r>
          </w:p>
          <w:p w14:paraId="11EB6348" w14:textId="77777777" w:rsidR="001236F4" w:rsidRDefault="00000000" w:rsidP="008D736A">
            <w:pPr>
              <w:spacing w:after="40" w:line="360" w:lineRule="auto"/>
            </w:pPr>
            <w:r>
              <w:rPr>
                <w:sz w:val="17"/>
              </w:rPr>
              <w:t>☐ sportovní reprezentace České republiky (na základě potvrzení příslušné sportovní organizace)</w:t>
            </w:r>
          </w:p>
          <w:p w14:paraId="0E4C75D6" w14:textId="25E76AA1" w:rsidR="001236F4" w:rsidRDefault="00000000" w:rsidP="008D736A">
            <w:pPr>
              <w:spacing w:after="0" w:line="360" w:lineRule="auto"/>
            </w:pPr>
            <w:r>
              <w:rPr>
                <w:b/>
                <w:sz w:val="18"/>
              </w:rPr>
              <w:t xml:space="preserve">Stručné odůvodnění žádosti: </w:t>
            </w:r>
            <w:r>
              <w:rPr>
                <w:sz w:val="18"/>
              </w:rPr>
              <w:t>................................................................................</w:t>
            </w:r>
            <w:r w:rsidR="008D736A">
              <w:rPr>
                <w:sz w:val="18"/>
              </w:rPr>
              <w:t>...........</w:t>
            </w:r>
            <w:r>
              <w:rPr>
                <w:sz w:val="18"/>
              </w:rPr>
              <w:t>...................</w:t>
            </w:r>
          </w:p>
          <w:p w14:paraId="26513A75" w14:textId="210EE721" w:rsidR="001236F4" w:rsidRDefault="00000000" w:rsidP="008D736A">
            <w:pPr>
              <w:spacing w:after="40" w:line="360" w:lineRule="auto"/>
            </w:pPr>
            <w:r>
              <w:rPr>
                <w:sz w:val="18"/>
              </w:rPr>
              <w:t>................................................................................................................................................................</w:t>
            </w:r>
          </w:p>
          <w:p w14:paraId="153C5853" w14:textId="77777777" w:rsidR="001236F4" w:rsidRDefault="00000000" w:rsidP="008D736A">
            <w:pPr>
              <w:spacing w:after="20" w:line="360" w:lineRule="auto"/>
            </w:pPr>
            <w:r>
              <w:rPr>
                <w:b/>
                <w:sz w:val="18"/>
              </w:rPr>
              <w:t>Zákonný zástupce (u nezletilého žáka):</w:t>
            </w:r>
          </w:p>
          <w:p w14:paraId="47151602" w14:textId="77777777" w:rsidR="001236F4" w:rsidRDefault="00000000" w:rsidP="008D736A">
            <w:pPr>
              <w:spacing w:after="0" w:line="360" w:lineRule="auto"/>
            </w:pPr>
            <w:r>
              <w:rPr>
                <w:b/>
                <w:sz w:val="18"/>
              </w:rPr>
              <w:t xml:space="preserve">Jméno a příjmení: </w:t>
            </w:r>
            <w:r>
              <w:rPr>
                <w:sz w:val="18"/>
              </w:rPr>
              <w:t>.................................................................................................................................</w:t>
            </w:r>
          </w:p>
          <w:p w14:paraId="0EFA2ADD" w14:textId="39F26E04" w:rsidR="001236F4" w:rsidRDefault="00000000" w:rsidP="008D736A">
            <w:pPr>
              <w:spacing w:after="40" w:line="360" w:lineRule="auto"/>
            </w:pPr>
            <w:r>
              <w:rPr>
                <w:b/>
                <w:sz w:val="18"/>
              </w:rPr>
              <w:t xml:space="preserve">Adresa: </w:t>
            </w:r>
            <w:r>
              <w:rPr>
                <w:sz w:val="18"/>
              </w:rPr>
              <w:t>...................................................................................................................................................</w:t>
            </w:r>
          </w:p>
          <w:p w14:paraId="2E4B157C" w14:textId="77777777" w:rsidR="001236F4" w:rsidRDefault="00000000" w:rsidP="008D736A">
            <w:pPr>
              <w:spacing w:after="0" w:line="360" w:lineRule="auto"/>
            </w:pPr>
            <w:r>
              <w:rPr>
                <w:b/>
                <w:sz w:val="17"/>
              </w:rPr>
              <w:t xml:space="preserve">Přílohy dle důvodu žádosti: </w:t>
            </w:r>
            <w:r>
              <w:rPr>
                <w:sz w:val="17"/>
              </w:rPr>
              <w:t>doporučení školského poradenského zařízení; potvrzení o sportovní reprezentaci ČR; případně další doklady prokazující závažné důvody.</w:t>
            </w:r>
          </w:p>
        </w:tc>
      </w:tr>
    </w:tbl>
    <w:p w14:paraId="122E8B78" w14:textId="77777777" w:rsidR="00A25BE2" w:rsidRPr="00690B45" w:rsidRDefault="00A25BE2" w:rsidP="008D736A">
      <w:pPr>
        <w:spacing w:line="360" w:lineRule="auto"/>
        <w:rPr>
          <w:lang w:val="cs-CZ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72"/>
        <w:gridCol w:w="4939"/>
        <w:gridCol w:w="4882"/>
        <w:gridCol w:w="72"/>
      </w:tblGrid>
      <w:tr w:rsidR="00A25BE2" w:rsidRPr="00690B45" w14:paraId="2C1A82A3" w14:textId="77777777" w:rsidTr="008D736A">
        <w:trPr>
          <w:gridBefore w:val="1"/>
          <w:wBefore w:w="72" w:type="dxa"/>
          <w:cantSplit/>
          <w:jc w:val="center"/>
        </w:trPr>
        <w:tc>
          <w:tcPr>
            <w:tcW w:w="4939" w:type="dxa"/>
          </w:tcPr>
          <w:p w14:paraId="1EA92B13" w14:textId="77777777" w:rsidR="001236F4" w:rsidRDefault="00000000" w:rsidP="008D736A">
            <w:pPr>
              <w:spacing w:after="0" w:line="360" w:lineRule="auto"/>
            </w:pPr>
            <w:r>
              <w:rPr>
                <w:sz w:val="18"/>
              </w:rPr>
              <w:t>V ......................................... dne: ........................................</w:t>
            </w:r>
          </w:p>
        </w:tc>
        <w:tc>
          <w:tcPr>
            <w:tcW w:w="4954" w:type="dxa"/>
            <w:gridSpan w:val="2"/>
          </w:tcPr>
          <w:p w14:paraId="5AE63F62" w14:textId="77777777" w:rsidR="001236F4" w:rsidRDefault="00000000" w:rsidP="008D736A">
            <w:pPr>
              <w:spacing w:after="0" w:line="360" w:lineRule="auto"/>
              <w:jc w:val="right"/>
            </w:pPr>
            <w:r>
              <w:rPr>
                <w:sz w:val="16"/>
              </w:rPr>
              <w:t>.......................................................................</w:t>
            </w:r>
            <w:r>
              <w:rPr>
                <w:sz w:val="16"/>
              </w:rPr>
              <w:br/>
              <w:t>Jméno a příjmení žadatele / zák. zástupce</w:t>
            </w:r>
          </w:p>
          <w:p w14:paraId="4E1A7761" w14:textId="77777777" w:rsidR="001236F4" w:rsidRDefault="001236F4" w:rsidP="008D736A">
            <w:pPr>
              <w:spacing w:after="20" w:line="360" w:lineRule="auto"/>
            </w:pPr>
          </w:p>
          <w:p w14:paraId="6862A9D7" w14:textId="77777777" w:rsidR="001236F4" w:rsidRDefault="00000000" w:rsidP="008D736A">
            <w:pPr>
              <w:spacing w:after="0" w:line="360" w:lineRule="auto"/>
              <w:jc w:val="right"/>
            </w:pPr>
            <w:r>
              <w:rPr>
                <w:sz w:val="16"/>
              </w:rPr>
              <w:t>.......................................................................</w:t>
            </w:r>
            <w:r>
              <w:rPr>
                <w:sz w:val="16"/>
              </w:rPr>
              <w:br/>
              <w:t>Podpis zletilého žáka nebo zákonného zástupce</w:t>
            </w:r>
          </w:p>
        </w:tc>
      </w:tr>
      <w:tr w:rsidR="00A25BE2" w:rsidRPr="00690B45" w14:paraId="660127A3" w14:textId="77777777" w:rsidTr="008D736A">
        <w:trPr>
          <w:gridAfter w:val="1"/>
          <w:wAfter w:w="72" w:type="dxa"/>
          <w:cantSplit/>
          <w:jc w:val="center"/>
        </w:trPr>
        <w:tc>
          <w:tcPr>
            <w:tcW w:w="9893" w:type="dxa"/>
            <w:gridSpan w:val="3"/>
            <w:tcBorders>
              <w:top w:val="single" w:sz="12" w:space="0" w:color="1B4332"/>
              <w:left w:val="single" w:sz="12" w:space="0" w:color="1B4332"/>
              <w:bottom w:val="single" w:sz="12" w:space="0" w:color="1B4332"/>
              <w:right w:val="single" w:sz="12" w:space="0" w:color="1B4332"/>
            </w:tcBorders>
            <w:shd w:val="clear" w:color="auto" w:fill="FAFDFB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2BE321D4" w14:textId="77777777" w:rsidR="001236F4" w:rsidRDefault="00000000" w:rsidP="008D736A">
            <w:pPr>
              <w:spacing w:after="40" w:line="360" w:lineRule="auto"/>
            </w:pPr>
            <w:r>
              <w:rPr>
                <w:b/>
                <w:sz w:val="21"/>
              </w:rPr>
              <w:t>ROZHODNUTÍ / VYJÁDŘENÍ ŘEDITELE ŠKOLY</w:t>
            </w:r>
          </w:p>
          <w:p w14:paraId="43957DF5" w14:textId="77777777" w:rsidR="001236F4" w:rsidRDefault="00000000" w:rsidP="008D736A">
            <w:pPr>
              <w:spacing w:after="40" w:line="360" w:lineRule="auto"/>
            </w:pPr>
            <w:r>
              <w:rPr>
                <w:sz w:val="17"/>
              </w:rPr>
              <w:t>Na základě této žádosti a podle § 18 zákona č. 561/2004 Sb. ředitel SOŠ Schola Humanitas:</w:t>
            </w:r>
          </w:p>
          <w:p w14:paraId="590E05D5" w14:textId="77777777" w:rsidR="001236F4" w:rsidRDefault="00000000" w:rsidP="008D736A">
            <w:pPr>
              <w:spacing w:after="0" w:line="360" w:lineRule="auto"/>
            </w:pPr>
            <w:r>
              <w:rPr>
                <w:b/>
                <w:sz w:val="18"/>
              </w:rPr>
              <w:t>☐ POVOLUJE vzdělávání podle individuálního vzdělávacího plánu</w:t>
            </w:r>
          </w:p>
          <w:p w14:paraId="0A029074" w14:textId="77777777" w:rsidR="001236F4" w:rsidRDefault="00000000" w:rsidP="008D736A">
            <w:pPr>
              <w:spacing w:after="40" w:line="360" w:lineRule="auto"/>
            </w:pPr>
            <w:r>
              <w:rPr>
                <w:b/>
                <w:sz w:val="18"/>
              </w:rPr>
              <w:t>☐ NEPOVOLUJE vzdělávání podle individuálního vzdělávacího plánu</w:t>
            </w:r>
          </w:p>
          <w:p w14:paraId="1F6C5DFA" w14:textId="77777777" w:rsidR="001236F4" w:rsidRDefault="00000000" w:rsidP="008D736A">
            <w:pPr>
              <w:spacing w:after="0" w:line="360" w:lineRule="auto"/>
            </w:pPr>
            <w:r>
              <w:rPr>
                <w:b/>
                <w:sz w:val="17"/>
              </w:rPr>
              <w:t xml:space="preserve">Doba platnosti / podmínky: </w:t>
            </w:r>
            <w:r>
              <w:rPr>
                <w:sz w:val="17"/>
              </w:rPr>
              <w:t>.....................................................................................................................</w:t>
            </w:r>
          </w:p>
          <w:p w14:paraId="1B5DFD44" w14:textId="77777777" w:rsidR="001236F4" w:rsidRDefault="00000000" w:rsidP="008D736A">
            <w:pPr>
              <w:spacing w:after="0" w:line="360" w:lineRule="auto"/>
            </w:pPr>
            <w:r>
              <w:rPr>
                <w:sz w:val="17"/>
              </w:rPr>
              <w:t>........................................................................................................................................................................</w:t>
            </w:r>
          </w:p>
          <w:p w14:paraId="7FC9CB14" w14:textId="77777777" w:rsidR="001236F4" w:rsidRDefault="00000000" w:rsidP="008D736A">
            <w:pPr>
              <w:spacing w:after="0" w:line="360" w:lineRule="auto"/>
            </w:pPr>
            <w:r>
              <w:rPr>
                <w:sz w:val="17"/>
              </w:rPr>
              <w:t>V Litvínově dne: .................................                         ...........................................................</w:t>
            </w:r>
          </w:p>
          <w:p w14:paraId="7B80B300" w14:textId="77777777" w:rsidR="001236F4" w:rsidRDefault="00000000" w:rsidP="008D736A">
            <w:pPr>
              <w:spacing w:after="0" w:line="360" w:lineRule="auto"/>
            </w:pPr>
            <w:r>
              <w:rPr>
                <w:sz w:val="16"/>
              </w:rPr>
              <w:t xml:space="preserve">                                                                                           RNDr. Milan Šmídl, Ph.D., MBA</w:t>
            </w:r>
          </w:p>
          <w:p w14:paraId="13600735" w14:textId="77777777" w:rsidR="001236F4" w:rsidRDefault="00000000" w:rsidP="008D736A">
            <w:pPr>
              <w:spacing w:after="0" w:line="360" w:lineRule="auto"/>
            </w:pPr>
            <w:r>
              <w:rPr>
                <w:sz w:val="16"/>
              </w:rPr>
              <w:t xml:space="preserve">                                                                                           ředitel školy</w:t>
            </w:r>
          </w:p>
        </w:tc>
      </w:tr>
    </w:tbl>
    <w:p w14:paraId="555A7892" w14:textId="77777777" w:rsidR="001A3172" w:rsidRPr="00690B45" w:rsidRDefault="001A3172" w:rsidP="00967F84">
      <w:pPr>
        <w:rPr>
          <w:lang w:val="cs-CZ"/>
        </w:rPr>
      </w:pPr>
    </w:p>
    <w:sectPr w:rsidR="001A3172" w:rsidRPr="00690B45" w:rsidSect="008D736A">
      <w:pgSz w:w="11909" w:h="16834"/>
      <w:pgMar w:top="567" w:right="1008" w:bottom="56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02852300">
    <w:abstractNumId w:val="8"/>
  </w:num>
  <w:num w:numId="2" w16cid:durableId="270861318">
    <w:abstractNumId w:val="6"/>
  </w:num>
  <w:num w:numId="3" w16cid:durableId="1119296638">
    <w:abstractNumId w:val="5"/>
  </w:num>
  <w:num w:numId="4" w16cid:durableId="1711343230">
    <w:abstractNumId w:val="4"/>
  </w:num>
  <w:num w:numId="5" w16cid:durableId="886603288">
    <w:abstractNumId w:val="7"/>
  </w:num>
  <w:num w:numId="6" w16cid:durableId="1302928538">
    <w:abstractNumId w:val="3"/>
  </w:num>
  <w:num w:numId="7" w16cid:durableId="1177689264">
    <w:abstractNumId w:val="2"/>
  </w:num>
  <w:num w:numId="8" w16cid:durableId="217322225">
    <w:abstractNumId w:val="1"/>
  </w:num>
  <w:num w:numId="9" w16cid:durableId="8035413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236F4"/>
    <w:rsid w:val="0015074B"/>
    <w:rsid w:val="001A3172"/>
    <w:rsid w:val="0029639D"/>
    <w:rsid w:val="00326F90"/>
    <w:rsid w:val="00690B45"/>
    <w:rsid w:val="00890086"/>
    <w:rsid w:val="008D736A"/>
    <w:rsid w:val="00967F84"/>
    <w:rsid w:val="00A25BE2"/>
    <w:rsid w:val="00AA1D8D"/>
    <w:rsid w:val="00B47730"/>
    <w:rsid w:val="00BB10D1"/>
    <w:rsid w:val="00CB0664"/>
    <w:rsid w:val="00FC693F"/>
    <w:rsid w:val="00FF2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F022D0"/>
  <w14:defaultImageDpi w14:val="300"/>
  <w15:docId w15:val="{5CE7142C-7412-4FE8-91D0-8CA2C5411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rPr>
      <w:rFonts w:ascii="Arial" w:hAnsi="Arial"/>
      <w:color w:val="1E1E1E"/>
      <w:sz w:val="19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515</Words>
  <Characters>3041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Žádost o individuální vzdělávací plán - Schola Humanitas</dc:title>
  <dc:subject>Žádost o povolení vzdělávání podle individuálního vzdělávacího plánu</dc:subject>
  <dc:creator>python-docx</dc:creator>
  <cp:keywords/>
  <dc:description>generated by python-docx</dc:description>
  <cp:lastModifiedBy>Pavel Janíček</cp:lastModifiedBy>
  <cp:revision>6</cp:revision>
  <dcterms:created xsi:type="dcterms:W3CDTF">2013-12-23T23:15:00Z</dcterms:created>
  <dcterms:modified xsi:type="dcterms:W3CDTF">2026-08-31T10:36:00Z</dcterms:modified>
  <cp:category/>
</cp:coreProperties>
</file>